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2B9E5" w14:textId="084B4595" w:rsidR="00362CE8" w:rsidRPr="00107CDB" w:rsidRDefault="00000000" w:rsidP="00E60F02">
      <w:pPr>
        <w:pStyle w:val="Title-Metanus"/>
      </w:pPr>
      <w:r w:rsidRPr="00107CDB">
        <w:t>Paper Title</w:t>
      </w:r>
      <w:r w:rsidR="000D7019">
        <w:t xml:space="preserve"> (select “Title-</w:t>
      </w:r>
      <w:proofErr w:type="spellStart"/>
      <w:r w:rsidR="000D7019">
        <w:t>Metanus</w:t>
      </w:r>
      <w:proofErr w:type="spellEnd"/>
      <w:r w:rsidR="000D7019">
        <w:t xml:space="preserve">” from the Styles Gallery – </w:t>
      </w:r>
      <w:proofErr w:type="spellStart"/>
      <w:r w:rsidR="000D7019">
        <w:t>Alt+Ctrl</w:t>
      </w:r>
      <w:r w:rsidR="00596D3C">
        <w:t>+Shift+S</w:t>
      </w:r>
      <w:proofErr w:type="spellEnd"/>
      <w:r w:rsidR="000D7019">
        <w:t>)</w:t>
      </w:r>
    </w:p>
    <w:p w14:paraId="50FAA02B" w14:textId="16E19A22" w:rsidR="0047378B" w:rsidRDefault="00000000" w:rsidP="0047378B">
      <w:pPr>
        <w:pStyle w:val="Abstract"/>
      </w:pPr>
      <w:r w:rsidRPr="0047378B">
        <w:rPr>
          <w:b/>
          <w:bCs/>
        </w:rPr>
        <w:t>Abstract</w:t>
      </w:r>
      <w:r w:rsidR="0047378B">
        <w:rPr>
          <w:b/>
          <w:bCs/>
        </w:rPr>
        <w:t xml:space="preserve">: </w:t>
      </w:r>
      <w:r w:rsidR="000D7019">
        <w:t>(</w:t>
      </w:r>
      <w:r w:rsidR="00596D3C">
        <w:t xml:space="preserve">Paste your text here and </w:t>
      </w:r>
      <w:r w:rsidR="000D7019">
        <w:t xml:space="preserve">select </w:t>
      </w:r>
      <w:r w:rsidR="000D7019">
        <w:t>“</w:t>
      </w:r>
      <w:r w:rsidR="000D7019" w:rsidRPr="000D7019">
        <w:t>Abstract</w:t>
      </w:r>
      <w:r w:rsidR="000D7019">
        <w:t>”</w:t>
      </w:r>
      <w:r w:rsidR="000D7019">
        <w:t xml:space="preserve"> from the Style</w:t>
      </w:r>
      <w:r w:rsidR="00596D3C">
        <w:t>s</w:t>
      </w:r>
      <w:r w:rsidR="000D7019">
        <w:t xml:space="preserve"> Gallery)</w:t>
      </w:r>
      <w:r w:rsidR="00596D3C">
        <w:t xml:space="preserve"> -</w:t>
      </w:r>
      <w:r w:rsidR="000D7019">
        <w:t xml:space="preserve"> </w:t>
      </w:r>
      <w:r w:rsidRPr="00107CDB">
        <w:t>The abstract must not exceed 300 words and should briefly present the aim of the study, the methodology, the main results, and the principal conclusions.</w:t>
      </w:r>
      <w:r w:rsidR="0047378B" w:rsidRPr="0047378B">
        <w:t xml:space="preserve"> </w:t>
      </w:r>
      <w:r w:rsidR="0047378B" w:rsidRPr="00107CDB">
        <w:t>The abstract must not exceed 300 words and should briefly present the aim of the study, the methodology, the main results, and the principal conclusions.</w:t>
      </w:r>
    </w:p>
    <w:p w14:paraId="2049D4E1" w14:textId="27377DCB" w:rsidR="00362CE8" w:rsidRPr="00107CDB" w:rsidRDefault="00000000" w:rsidP="0047378B">
      <w:pPr>
        <w:pStyle w:val="Keywords"/>
      </w:pPr>
      <w:r w:rsidRPr="0047378B">
        <w:rPr>
          <w:b/>
          <w:bCs/>
        </w:rPr>
        <w:t>Keywords</w:t>
      </w:r>
      <w:r w:rsidR="0047378B">
        <w:t xml:space="preserve">: </w:t>
      </w:r>
      <w:r w:rsidR="00596D3C">
        <w:t>(Paste your text here and select “</w:t>
      </w:r>
      <w:r w:rsidR="00596D3C" w:rsidRPr="00596D3C">
        <w:t>Keywords</w:t>
      </w:r>
      <w:r w:rsidR="00596D3C">
        <w:t>” from the Style</w:t>
      </w:r>
      <w:r w:rsidR="00596D3C">
        <w:t>s</w:t>
      </w:r>
      <w:r w:rsidR="00596D3C">
        <w:t xml:space="preserve"> Gallery)</w:t>
      </w:r>
      <w:r w:rsidR="00596D3C">
        <w:t xml:space="preserve"> - </w:t>
      </w:r>
      <w:r w:rsidRPr="00107CDB">
        <w:t>Keyword 1; Keyword 2; Keyword 3 (3 to 5 keywords accurately representing the content)</w:t>
      </w:r>
    </w:p>
    <w:p w14:paraId="4B78768E" w14:textId="2DB72BA8" w:rsidR="00362CE8" w:rsidRPr="00107CDB" w:rsidRDefault="00000000" w:rsidP="00E60F02">
      <w:pPr>
        <w:pStyle w:val="Heading"/>
        <w:numPr>
          <w:ilvl w:val="0"/>
          <w:numId w:val="10"/>
        </w:numPr>
      </w:pPr>
      <w:r w:rsidRPr="00107CDB">
        <w:t>Introduction</w:t>
      </w:r>
      <w:r w:rsidR="00596D3C">
        <w:t xml:space="preserve"> </w:t>
      </w:r>
      <w:r w:rsidR="00596D3C">
        <w:t>(Paste your text here and select “</w:t>
      </w:r>
      <w:r w:rsidR="00596D3C">
        <w:t>Heading</w:t>
      </w:r>
      <w:r w:rsidR="00596D3C">
        <w:t>” from the Styles Gallery)</w:t>
      </w:r>
    </w:p>
    <w:p w14:paraId="76A8F540" w14:textId="2A0DA75D" w:rsidR="00E60F02" w:rsidRPr="00777598" w:rsidRDefault="00596D3C" w:rsidP="00777598">
      <w:pPr>
        <w:pStyle w:val="Papertext"/>
      </w:pPr>
      <w:r>
        <w:t>(Paste your text here and select “</w:t>
      </w:r>
      <w:r>
        <w:t>Paper text</w:t>
      </w:r>
      <w:r>
        <w:t>” from the Styles Gallery)</w:t>
      </w:r>
      <w:r>
        <w:t xml:space="preserve"> </w:t>
      </w:r>
      <w:r w:rsidR="00000000" w:rsidRPr="00777598">
        <w:t>Text for Introduction. The text is formatted in Arial 11 pt, 1.15 line spacing, and justified alignment according to the requirements.</w:t>
      </w:r>
      <w:r w:rsidR="00E60F02" w:rsidRPr="00777598">
        <w:t xml:space="preserve"> Text for Introduction. The text is formatted in Arial 11 pt, 1.15 line spacing, and justified alignment according to the requirements. Text for Introduction. The text is formatted in Arial 11 pt, 1.15 line spacing, and justified alignment according to the requirements. Text for Introduction. </w:t>
      </w:r>
    </w:p>
    <w:p w14:paraId="72EC3CE3" w14:textId="421EE460" w:rsidR="0076554C" w:rsidRPr="00777598" w:rsidRDefault="0076554C" w:rsidP="00777598">
      <w:pPr>
        <w:pStyle w:val="Papertext"/>
      </w:pPr>
      <w:r w:rsidRPr="00777598">
        <w:t xml:space="preserve">Text for Introduction. The text is formatted in Arial 11 pt, 1.15 line spacing, and justified alignment according to the requirements. Text for Introduction. The text is formatted in Arial 11 pt, 1.15 line spacing, and justified alignment according to the requirements. Text for Introduction. The text is formatted in Arial 11 pt, 1.15 line spacing, and justified alignment according to the requirements. </w:t>
      </w:r>
    </w:p>
    <w:p w14:paraId="457D0358" w14:textId="36E8D2FC" w:rsidR="00362CE8" w:rsidRPr="00107CDB" w:rsidRDefault="00000000" w:rsidP="00E60F02">
      <w:pPr>
        <w:pStyle w:val="Heading"/>
        <w:numPr>
          <w:ilvl w:val="0"/>
          <w:numId w:val="10"/>
        </w:numPr>
      </w:pPr>
      <w:r w:rsidRPr="00107CDB">
        <w:t>Theoretical framework or literature review</w:t>
      </w:r>
      <w:r w:rsidR="00596D3C">
        <w:t xml:space="preserve"> </w:t>
      </w:r>
      <w:r w:rsidR="00596D3C">
        <w:t>(Paste your text here and select “Heading” from the Styles Gallery)</w:t>
      </w:r>
    </w:p>
    <w:p w14:paraId="7E986928" w14:textId="6B3DD96B" w:rsidR="00E60F02" w:rsidRPr="00107CDB" w:rsidRDefault="00596D3C" w:rsidP="00E60F02">
      <w:pPr>
        <w:rPr>
          <w:rFonts w:cs="Arial"/>
        </w:rPr>
      </w:pPr>
      <w:r>
        <w:t xml:space="preserve">(Paste your text here and select “Paper text” from the Styles Gallery) </w:t>
      </w:r>
      <w:r w:rsidR="00000000" w:rsidRPr="00107CDB">
        <w:rPr>
          <w:rFonts w:cs="Arial"/>
        </w:rPr>
        <w:t>Text for Theoretical framework or literature review. The text is formatted in Arial 11 pt, 1.15 line spacing, and justified alignment according to the requirements.</w:t>
      </w:r>
      <w:r w:rsidR="00E60F02" w:rsidRPr="00E60F02">
        <w:rPr>
          <w:rFonts w:cs="Arial"/>
        </w:rPr>
        <w:t xml:space="preserve"> </w:t>
      </w:r>
      <w:r w:rsidR="00E60F02" w:rsidRPr="00107CDB">
        <w:rPr>
          <w:rFonts w:cs="Arial"/>
        </w:rPr>
        <w:t>Text for Theoretical framework or literature review. The text is formatted in Arial 11 pt, 1.15 line spacing, and justified alignment according to the requirements.</w:t>
      </w:r>
      <w:r w:rsidR="00E60F02" w:rsidRPr="00E60F02">
        <w:rPr>
          <w:rFonts w:cs="Arial"/>
        </w:rPr>
        <w:t xml:space="preserve"> </w:t>
      </w:r>
      <w:r w:rsidR="00E60F02" w:rsidRPr="00107CDB">
        <w:rPr>
          <w:rFonts w:cs="Arial"/>
        </w:rPr>
        <w:t>Text for Theoretical framework or literature review. The text is formatted in Arial 11 pt, 1.15 line spacing, and justified alignment according to the requirements.</w:t>
      </w:r>
    </w:p>
    <w:p w14:paraId="61BC302A" w14:textId="380728AE" w:rsidR="00E60F02" w:rsidRPr="00107CDB" w:rsidRDefault="00E60F02" w:rsidP="00E60F02">
      <w:pPr>
        <w:rPr>
          <w:rFonts w:cs="Arial"/>
        </w:rPr>
      </w:pPr>
    </w:p>
    <w:p w14:paraId="67F6138B" w14:textId="0B90B625" w:rsidR="00362CE8" w:rsidRPr="00107CDB" w:rsidRDefault="00362CE8">
      <w:pPr>
        <w:rPr>
          <w:rFonts w:cs="Arial"/>
        </w:rPr>
      </w:pPr>
    </w:p>
    <w:p w14:paraId="53B45F42" w14:textId="2C05A543" w:rsidR="007F124B" w:rsidRDefault="00000000" w:rsidP="007F124B">
      <w:pPr>
        <w:pStyle w:val="Heading"/>
        <w:numPr>
          <w:ilvl w:val="0"/>
          <w:numId w:val="10"/>
        </w:numPr>
      </w:pPr>
      <w:r w:rsidRPr="00107CDB">
        <w:lastRenderedPageBreak/>
        <w:t>Methodology</w:t>
      </w:r>
      <w:r w:rsidR="00596D3C">
        <w:t xml:space="preserve"> </w:t>
      </w:r>
      <w:r w:rsidR="00596D3C">
        <w:t>(Paste your text here and select “Heading” from the Styles Gallery)</w:t>
      </w:r>
    </w:p>
    <w:p w14:paraId="730EEBC0" w14:textId="3ECAE139" w:rsidR="00362CE8" w:rsidRDefault="00596D3C">
      <w:pPr>
        <w:rPr>
          <w:rFonts w:cs="Arial"/>
        </w:rPr>
      </w:pPr>
      <w:r>
        <w:t xml:space="preserve">(Paste your text here and select “Paper text” from the Styles Gallery) </w:t>
      </w:r>
      <w:r w:rsidR="00000000" w:rsidRPr="00107CDB">
        <w:rPr>
          <w:rFonts w:cs="Arial"/>
        </w:rPr>
        <w:t>Text for Methodology. The text is formatted in Arial 11 pt, 1.15 line spacing, and justified alignment according to the requirements.</w:t>
      </w:r>
    </w:p>
    <w:p w14:paraId="0B957DBE" w14:textId="215AEFFB" w:rsidR="007F124B" w:rsidRPr="003B0C13" w:rsidRDefault="007F124B" w:rsidP="00596D3C">
      <w:pPr>
        <w:pStyle w:val="Subheading"/>
      </w:pPr>
      <w:r w:rsidRPr="00107CDB">
        <w:t>Text for Methodology</w:t>
      </w:r>
      <w:r w:rsidR="00596D3C">
        <w:t xml:space="preserve"> </w:t>
      </w:r>
      <w:r w:rsidR="00596D3C">
        <w:t>(Paste your text here and select “</w:t>
      </w:r>
      <w:r w:rsidR="00596D3C">
        <w:t>Subh</w:t>
      </w:r>
      <w:r w:rsidR="00596D3C">
        <w:t>eading” from the Styles Gallery)</w:t>
      </w:r>
    </w:p>
    <w:p w14:paraId="1B766E16" w14:textId="082F0B39" w:rsidR="003B0C13" w:rsidRDefault="00596D3C" w:rsidP="003B0C13">
      <w:pPr>
        <w:pStyle w:val="Papertext"/>
      </w:pPr>
      <w:r>
        <w:t xml:space="preserve">(Paste your text here and select “Paper text” from the Styles Gallery) </w:t>
      </w:r>
      <w:r w:rsidR="003B0C13">
        <w:t>ABOVE tables and BELOW figures, an explanatory caption is placed for which the Caption</w:t>
      </w:r>
      <w:r w:rsidR="0076554C">
        <w:t xml:space="preserve"> </w:t>
      </w:r>
      <w:r w:rsidR="003B0C13">
        <w:t>style is used. This style has a predefined size, centered alignment, and configured spacing</w:t>
      </w:r>
      <w:r w:rsidR="0076554C">
        <w:t xml:space="preserve"> </w:t>
      </w:r>
      <w:r w:rsidR="003B0C13">
        <w:t>above and below it, eliminating the need to use the Enter key.</w:t>
      </w:r>
    </w:p>
    <w:p w14:paraId="4A69D0F3" w14:textId="1611B5C9" w:rsidR="007F124B" w:rsidRDefault="003B0C13" w:rsidP="0076554C">
      <w:pPr>
        <w:pStyle w:val="Papertext"/>
      </w:pPr>
      <w:r>
        <w:t>Caption style without enter above and below.</w:t>
      </w:r>
    </w:p>
    <w:p w14:paraId="47D7EFFF" w14:textId="77777777" w:rsidR="00777598" w:rsidRDefault="00777598" w:rsidP="0076554C">
      <w:pPr>
        <w:pStyle w:val="Papertext"/>
      </w:pPr>
    </w:p>
    <w:p w14:paraId="6FE8DCC7" w14:textId="15EB2205" w:rsidR="0076554C" w:rsidRPr="00777598" w:rsidRDefault="00777598" w:rsidP="00777598">
      <w:pPr>
        <w:pStyle w:val="Metanus-Caption"/>
      </w:pPr>
      <w:r w:rsidRPr="00777598">
        <w:t xml:space="preserve">Table 1: </w:t>
      </w:r>
      <w:r w:rsidR="00ED267E">
        <w:t>Table Title</w:t>
      </w:r>
      <w:r w:rsidR="00596D3C">
        <w:t xml:space="preserve"> </w:t>
      </w:r>
      <w:r w:rsidR="00596D3C" w:rsidRPr="00596D3C">
        <w:t>(Paste your text here and select “</w:t>
      </w:r>
      <w:r w:rsidR="00ED267E">
        <w:t>Caption</w:t>
      </w:r>
      <w:r w:rsidR="00596D3C" w:rsidRPr="00596D3C">
        <w:t>” from the Styles Gallery)</w:t>
      </w:r>
    </w:p>
    <w:tbl>
      <w:tblPr>
        <w:tblStyle w:val="Table"/>
        <w:tblW w:w="5000" w:type="pct"/>
        <w:tblLook w:val="04A0" w:firstRow="1" w:lastRow="0" w:firstColumn="1" w:lastColumn="0" w:noHBand="0" w:noVBand="1"/>
      </w:tblPr>
      <w:tblGrid>
        <w:gridCol w:w="2264"/>
        <w:gridCol w:w="2264"/>
        <w:gridCol w:w="2264"/>
        <w:gridCol w:w="2264"/>
      </w:tblGrid>
      <w:tr w:rsidR="0076554C" w:rsidRPr="00777598" w14:paraId="5A664AD3" w14:textId="77777777" w:rsidTr="0076554C">
        <w:trPr>
          <w:trHeight w:val="202"/>
        </w:trPr>
        <w:tc>
          <w:tcPr>
            <w:tcW w:w="1250" w:type="pct"/>
          </w:tcPr>
          <w:p w14:paraId="5E0BDF98" w14:textId="6EF06AA7" w:rsidR="0076554C" w:rsidRPr="00777598" w:rsidRDefault="0076554C" w:rsidP="00777598">
            <w:pPr>
              <w:pStyle w:val="table0"/>
            </w:pPr>
            <w:r w:rsidRPr="00777598">
              <w:rPr>
                <w:rStyle w:val="af1"/>
                <w:b w:val="0"/>
                <w:bCs w:val="0"/>
              </w:rPr>
              <w:t>Table Style</w:t>
            </w:r>
          </w:p>
        </w:tc>
        <w:tc>
          <w:tcPr>
            <w:tcW w:w="1250" w:type="pct"/>
          </w:tcPr>
          <w:p w14:paraId="088DC2B5" w14:textId="4C6BDECF" w:rsidR="0076554C" w:rsidRPr="00777598" w:rsidRDefault="0076554C" w:rsidP="00777598">
            <w:pPr>
              <w:pStyle w:val="table0"/>
            </w:pPr>
            <w:r w:rsidRPr="00777598">
              <w:rPr>
                <w:rStyle w:val="af1"/>
                <w:b w:val="0"/>
                <w:bCs w:val="0"/>
              </w:rPr>
              <w:t>Variables</w:t>
            </w:r>
          </w:p>
        </w:tc>
        <w:tc>
          <w:tcPr>
            <w:tcW w:w="1250" w:type="pct"/>
          </w:tcPr>
          <w:p w14:paraId="4173503A" w14:textId="43FFF32C" w:rsidR="0076554C" w:rsidRPr="00777598" w:rsidRDefault="0076554C" w:rsidP="00777598">
            <w:pPr>
              <w:pStyle w:val="table0"/>
            </w:pPr>
            <w:r w:rsidRPr="00777598">
              <w:rPr>
                <w:rStyle w:val="af1"/>
                <w:b w:val="0"/>
                <w:bCs w:val="0"/>
              </w:rPr>
              <w:t>f</w:t>
            </w:r>
          </w:p>
        </w:tc>
        <w:tc>
          <w:tcPr>
            <w:tcW w:w="1250" w:type="pct"/>
          </w:tcPr>
          <w:p w14:paraId="7FD99CEE" w14:textId="7DC94C84" w:rsidR="0076554C" w:rsidRPr="00777598" w:rsidRDefault="0076554C" w:rsidP="00777598">
            <w:pPr>
              <w:pStyle w:val="table0"/>
            </w:pPr>
            <w:r w:rsidRPr="00777598">
              <w:rPr>
                <w:rStyle w:val="af1"/>
                <w:b w:val="0"/>
                <w:bCs w:val="0"/>
              </w:rPr>
              <w:t>%</w:t>
            </w:r>
          </w:p>
        </w:tc>
      </w:tr>
      <w:tr w:rsidR="0076554C" w:rsidRPr="00777598" w14:paraId="1ECE948B" w14:textId="77777777" w:rsidTr="0076554C">
        <w:trPr>
          <w:trHeight w:val="202"/>
        </w:trPr>
        <w:tc>
          <w:tcPr>
            <w:tcW w:w="1250" w:type="pct"/>
          </w:tcPr>
          <w:p w14:paraId="21515DF1" w14:textId="5A498529" w:rsidR="0076554C" w:rsidRPr="00777598" w:rsidRDefault="0076554C" w:rsidP="00777598">
            <w:pPr>
              <w:pStyle w:val="table0"/>
            </w:pPr>
            <w:r w:rsidRPr="00777598">
              <w:t>Gender</w:t>
            </w:r>
          </w:p>
        </w:tc>
        <w:tc>
          <w:tcPr>
            <w:tcW w:w="1250" w:type="pct"/>
          </w:tcPr>
          <w:p w14:paraId="498D9F7F" w14:textId="2C7F0500" w:rsidR="0076554C" w:rsidRPr="00777598" w:rsidRDefault="0076554C" w:rsidP="00777598">
            <w:pPr>
              <w:pStyle w:val="table0"/>
            </w:pPr>
            <w:r w:rsidRPr="00777598">
              <w:t>Men</w:t>
            </w:r>
          </w:p>
        </w:tc>
        <w:tc>
          <w:tcPr>
            <w:tcW w:w="1250" w:type="pct"/>
          </w:tcPr>
          <w:p w14:paraId="592CA6C6" w14:textId="45662F36" w:rsidR="0076554C" w:rsidRPr="00777598" w:rsidRDefault="0076554C" w:rsidP="00777598">
            <w:pPr>
              <w:pStyle w:val="table0"/>
            </w:pPr>
            <w:r w:rsidRPr="00777598">
              <w:t>65</w:t>
            </w:r>
          </w:p>
        </w:tc>
        <w:tc>
          <w:tcPr>
            <w:tcW w:w="1250" w:type="pct"/>
          </w:tcPr>
          <w:p w14:paraId="2106D964" w14:textId="0EDAB23F" w:rsidR="0076554C" w:rsidRPr="00777598" w:rsidRDefault="0076554C" w:rsidP="00777598">
            <w:pPr>
              <w:pStyle w:val="table0"/>
            </w:pPr>
            <w:r w:rsidRPr="00777598">
              <w:t>33.2</w:t>
            </w:r>
          </w:p>
        </w:tc>
      </w:tr>
      <w:tr w:rsidR="0076554C" w:rsidRPr="00777598" w14:paraId="70417BF5" w14:textId="77777777" w:rsidTr="0076554C">
        <w:trPr>
          <w:trHeight w:val="202"/>
        </w:trPr>
        <w:tc>
          <w:tcPr>
            <w:tcW w:w="1250" w:type="pct"/>
          </w:tcPr>
          <w:p w14:paraId="76254959" w14:textId="77777777" w:rsidR="0076554C" w:rsidRPr="00777598" w:rsidRDefault="0076554C" w:rsidP="00777598">
            <w:pPr>
              <w:pStyle w:val="table0"/>
            </w:pPr>
          </w:p>
        </w:tc>
        <w:tc>
          <w:tcPr>
            <w:tcW w:w="1250" w:type="pct"/>
          </w:tcPr>
          <w:p w14:paraId="0F7BC5A9" w14:textId="566FB172" w:rsidR="0076554C" w:rsidRPr="00777598" w:rsidRDefault="0076554C" w:rsidP="00777598">
            <w:pPr>
              <w:pStyle w:val="table0"/>
            </w:pPr>
            <w:r w:rsidRPr="00777598">
              <w:t>Women</w:t>
            </w:r>
          </w:p>
        </w:tc>
        <w:tc>
          <w:tcPr>
            <w:tcW w:w="1250" w:type="pct"/>
          </w:tcPr>
          <w:p w14:paraId="1A5A8E48" w14:textId="4B0B618D" w:rsidR="0076554C" w:rsidRPr="00777598" w:rsidRDefault="0076554C" w:rsidP="00777598">
            <w:pPr>
              <w:pStyle w:val="table0"/>
            </w:pPr>
            <w:r w:rsidRPr="00777598">
              <w:t>131</w:t>
            </w:r>
          </w:p>
        </w:tc>
        <w:tc>
          <w:tcPr>
            <w:tcW w:w="1250" w:type="pct"/>
          </w:tcPr>
          <w:p w14:paraId="1F11283D" w14:textId="30F98939" w:rsidR="0076554C" w:rsidRPr="00777598" w:rsidRDefault="0076554C" w:rsidP="00777598">
            <w:pPr>
              <w:pStyle w:val="table0"/>
            </w:pPr>
            <w:r w:rsidRPr="00777598">
              <w:t>66.8</w:t>
            </w:r>
          </w:p>
        </w:tc>
      </w:tr>
    </w:tbl>
    <w:p w14:paraId="664F23AA" w14:textId="45AAF093" w:rsidR="0076554C" w:rsidRDefault="00777598" w:rsidP="00596D3C">
      <w:pPr>
        <w:pStyle w:val="Metanus-Caption"/>
      </w:pPr>
      <w:r>
        <w:rPr>
          <w:noProof/>
        </w:rPr>
        <w:drawing>
          <wp:inline distT="0" distB="0" distL="0" distR="0" wp14:anchorId="55DA788C" wp14:editId="4D045369">
            <wp:extent cx="3248025" cy="2432565"/>
            <wp:effectExtent l="0" t="0" r="0" b="6350"/>
            <wp:docPr id="1484652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52810" cy="2436149"/>
                    </a:xfrm>
                    <a:prstGeom prst="rect">
                      <a:avLst/>
                    </a:prstGeom>
                    <a:noFill/>
                  </pic:spPr>
                </pic:pic>
              </a:graphicData>
            </a:graphic>
          </wp:inline>
        </w:drawing>
      </w:r>
    </w:p>
    <w:p w14:paraId="43153E0F" w14:textId="75FD434D" w:rsidR="00ED267E" w:rsidRPr="00777598" w:rsidRDefault="00777598" w:rsidP="00ED267E">
      <w:pPr>
        <w:pStyle w:val="Metanus-Caption"/>
      </w:pPr>
      <w:r w:rsidRPr="00777598">
        <w:t xml:space="preserve">Figure 1: </w:t>
      </w:r>
      <w:r w:rsidR="00ED267E">
        <w:t>Figure Title (</w:t>
      </w:r>
      <w:r w:rsidR="00ED267E" w:rsidRPr="00596D3C">
        <w:t>Paste your text here and select “</w:t>
      </w:r>
      <w:r w:rsidR="00ED267E">
        <w:t>Caption</w:t>
      </w:r>
      <w:r w:rsidR="00ED267E" w:rsidRPr="00596D3C">
        <w:t>” from the Styles Gallery)</w:t>
      </w:r>
    </w:p>
    <w:p w14:paraId="1E7723C1" w14:textId="3AED3D21" w:rsidR="00362CE8" w:rsidRPr="00107CDB" w:rsidRDefault="00000000" w:rsidP="00E60F02">
      <w:pPr>
        <w:pStyle w:val="Heading"/>
        <w:numPr>
          <w:ilvl w:val="0"/>
          <w:numId w:val="10"/>
        </w:numPr>
      </w:pPr>
      <w:r w:rsidRPr="00107CDB">
        <w:t>Results</w:t>
      </w:r>
      <w:r w:rsidR="00596D3C">
        <w:t xml:space="preserve"> </w:t>
      </w:r>
      <w:r w:rsidR="00596D3C">
        <w:t>(Paste your text here and select “Heading” from the Styles Gallery)</w:t>
      </w:r>
    </w:p>
    <w:p w14:paraId="5BA37875" w14:textId="7F377808" w:rsidR="00362CE8" w:rsidRPr="00107CDB" w:rsidRDefault="00000000">
      <w:pPr>
        <w:rPr>
          <w:rFonts w:cs="Arial"/>
        </w:rPr>
      </w:pPr>
      <w:r w:rsidRPr="00107CDB">
        <w:rPr>
          <w:rFonts w:cs="Arial"/>
        </w:rPr>
        <w:t>Text for Results. The text is formatted in Arial 11 pt, 1.15 line spacing, and justified alignment according to the requirements.</w:t>
      </w:r>
    </w:p>
    <w:p w14:paraId="2950F613" w14:textId="02F3709B" w:rsidR="00362CE8" w:rsidRPr="00107CDB" w:rsidRDefault="00000000" w:rsidP="00E60F02">
      <w:pPr>
        <w:pStyle w:val="Heading"/>
        <w:numPr>
          <w:ilvl w:val="0"/>
          <w:numId w:val="10"/>
        </w:numPr>
      </w:pPr>
      <w:r w:rsidRPr="00107CDB">
        <w:lastRenderedPageBreak/>
        <w:t>Discussion</w:t>
      </w:r>
      <w:r w:rsidR="00596D3C">
        <w:t xml:space="preserve"> </w:t>
      </w:r>
      <w:r w:rsidR="00596D3C">
        <w:t>(Paste your text here and select “Heading” from the Styles Gallery)</w:t>
      </w:r>
    </w:p>
    <w:p w14:paraId="21FCFB04" w14:textId="6B1B89E2" w:rsidR="00362CE8" w:rsidRPr="00107CDB" w:rsidRDefault="00000000">
      <w:pPr>
        <w:rPr>
          <w:rFonts w:cs="Arial"/>
        </w:rPr>
      </w:pPr>
      <w:r w:rsidRPr="00107CDB">
        <w:rPr>
          <w:rFonts w:cs="Arial"/>
        </w:rPr>
        <w:t>Text for Discussion. The text is formatted in Arial 11 pt, 1.15 line spacing, and justified alignment according to the requirements.</w:t>
      </w:r>
    </w:p>
    <w:p w14:paraId="01368034" w14:textId="64FA138F" w:rsidR="00362CE8" w:rsidRPr="00107CDB" w:rsidRDefault="00000000" w:rsidP="00E60F02">
      <w:pPr>
        <w:pStyle w:val="Heading"/>
        <w:numPr>
          <w:ilvl w:val="0"/>
          <w:numId w:val="10"/>
        </w:numPr>
      </w:pPr>
      <w:r w:rsidRPr="00107CDB">
        <w:t>Conclusions</w:t>
      </w:r>
      <w:r w:rsidR="00596D3C">
        <w:t xml:space="preserve"> </w:t>
      </w:r>
      <w:r w:rsidR="00596D3C">
        <w:t>(Paste your text here and select “Heading” from the Styles Gallery)</w:t>
      </w:r>
    </w:p>
    <w:p w14:paraId="22E103C3" w14:textId="0F8F8A6F" w:rsidR="00362CE8" w:rsidRPr="00107CDB" w:rsidRDefault="00000000">
      <w:pPr>
        <w:rPr>
          <w:rFonts w:cs="Arial"/>
        </w:rPr>
      </w:pPr>
      <w:r w:rsidRPr="00107CDB">
        <w:rPr>
          <w:rFonts w:cs="Arial"/>
        </w:rPr>
        <w:t>Text for Conclusions. The text is formatted in Arial 11 pt, 1.15 line spacing, and justified alignment according to the requirements.</w:t>
      </w:r>
    </w:p>
    <w:p w14:paraId="2D5A2483" w14:textId="22F32846" w:rsidR="00362CE8" w:rsidRPr="00107CDB" w:rsidRDefault="00000000" w:rsidP="00E60F02">
      <w:pPr>
        <w:pStyle w:val="Heading"/>
      </w:pPr>
      <w:r w:rsidRPr="00107CDB">
        <w:t>References</w:t>
      </w:r>
      <w:r w:rsidR="00596D3C">
        <w:t xml:space="preserve"> </w:t>
      </w:r>
      <w:r w:rsidR="00596D3C">
        <w:t>(Paste your text here and select “Heading” from the Styles Gallery)</w:t>
      </w:r>
    </w:p>
    <w:p w14:paraId="6CCFC23D" w14:textId="3FCD3A55" w:rsidR="003B0C13" w:rsidRDefault="00ED267E" w:rsidP="003B0C13">
      <w:pPr>
        <w:pStyle w:val="References"/>
        <w:rPr>
          <w:szCs w:val="20"/>
        </w:rPr>
      </w:pPr>
      <w:r>
        <w:t>(Paste your text here and select “</w:t>
      </w:r>
      <w:r>
        <w:t>References</w:t>
      </w:r>
      <w:r>
        <w:t>” from the Styles Gallery)</w:t>
      </w:r>
      <w:r>
        <w:t xml:space="preserve"> </w:t>
      </w:r>
      <w:r w:rsidR="007F124B" w:rsidRPr="003B0C13">
        <w:rPr>
          <w:szCs w:val="20"/>
        </w:rPr>
        <w:t>Bunge, W.W., Bordessa, R. (1975). The Canadian Alternative: Survival, Expeditions and Urban</w:t>
      </w:r>
    </w:p>
    <w:p w14:paraId="3C0E09DE" w14:textId="3275D095" w:rsidR="003B0C13" w:rsidRPr="000D7019" w:rsidRDefault="003B0C13" w:rsidP="003B0C13">
      <w:pPr>
        <w:pStyle w:val="References"/>
        <w:rPr>
          <w:szCs w:val="20"/>
        </w:rPr>
      </w:pPr>
      <w:r w:rsidRPr="003B0C13">
        <w:rPr>
          <w:szCs w:val="20"/>
        </w:rPr>
        <w:t>Cohen</w:t>
      </w:r>
      <w:r w:rsidRPr="003B0C13">
        <w:rPr>
          <w:szCs w:val="20"/>
          <w:lang w:val="el-GR"/>
        </w:rPr>
        <w:t xml:space="preserve">, </w:t>
      </w:r>
      <w:r w:rsidRPr="003B0C13">
        <w:rPr>
          <w:szCs w:val="20"/>
        </w:rPr>
        <w:t>L</w:t>
      </w:r>
      <w:r w:rsidRPr="003B0C13">
        <w:rPr>
          <w:szCs w:val="20"/>
          <w:lang w:val="el-GR"/>
        </w:rPr>
        <w:t xml:space="preserve">., </w:t>
      </w:r>
      <w:r w:rsidRPr="003B0C13">
        <w:rPr>
          <w:szCs w:val="20"/>
        </w:rPr>
        <w:t>Manion</w:t>
      </w:r>
      <w:r w:rsidRPr="003B0C13">
        <w:rPr>
          <w:szCs w:val="20"/>
          <w:lang w:val="el-GR"/>
        </w:rPr>
        <w:t xml:space="preserve">, </w:t>
      </w:r>
      <w:r w:rsidRPr="003B0C13">
        <w:rPr>
          <w:szCs w:val="20"/>
        </w:rPr>
        <w:t>L</w:t>
      </w:r>
      <w:r w:rsidRPr="003B0C13">
        <w:rPr>
          <w:szCs w:val="20"/>
          <w:lang w:val="el-GR"/>
        </w:rPr>
        <w:t xml:space="preserve">. (1994). Μεθοδολογία Εκπαιδευτικής Έρευνας  (Χ. Μητσοπούλου, Μ. Φιλοπούλου, Μετάφρ.). </w:t>
      </w:r>
      <w:r w:rsidRPr="007C3056">
        <w:rPr>
          <w:szCs w:val="20"/>
          <w:lang w:val="el-GR"/>
        </w:rPr>
        <w:t>Αθήνα</w:t>
      </w:r>
      <w:r w:rsidRPr="000D7019">
        <w:rPr>
          <w:szCs w:val="20"/>
        </w:rPr>
        <w:t xml:space="preserve">: </w:t>
      </w:r>
      <w:r w:rsidRPr="007C3056">
        <w:rPr>
          <w:szCs w:val="20"/>
          <w:lang w:val="el-GR"/>
        </w:rPr>
        <w:t>Γρηγόρης</w:t>
      </w:r>
      <w:r w:rsidRPr="000D7019">
        <w:rPr>
          <w:szCs w:val="20"/>
        </w:rPr>
        <w:t>.</w:t>
      </w:r>
    </w:p>
    <w:p w14:paraId="6D0DA165" w14:textId="610D535E" w:rsidR="003B0C13" w:rsidRPr="000D7019" w:rsidRDefault="003B0C13" w:rsidP="003B0C13">
      <w:pPr>
        <w:pStyle w:val="References"/>
      </w:pP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r w:rsidRPr="000D7019">
        <w:t xml:space="preserve">, </w:t>
      </w:r>
      <w:r w:rsidRPr="003B0C13">
        <w:t>References</w:t>
      </w:r>
    </w:p>
    <w:p w14:paraId="5AA75DA5" w14:textId="3F1A2417" w:rsidR="003B0C13" w:rsidRPr="000D7019" w:rsidRDefault="003B0C13" w:rsidP="003B0C13">
      <w:pPr>
        <w:pStyle w:val="References"/>
      </w:pPr>
    </w:p>
    <w:p w14:paraId="49F56E2F" w14:textId="31428D0D" w:rsidR="00362CE8" w:rsidRPr="00107CDB" w:rsidRDefault="00000000" w:rsidP="00E60F02">
      <w:pPr>
        <w:pStyle w:val="Heading"/>
      </w:pPr>
      <w:r w:rsidRPr="00107CDB">
        <w:t>Appendices (where applicable</w:t>
      </w:r>
      <w:r w:rsidR="00777598">
        <w:t>)</w:t>
      </w:r>
      <w:r w:rsidR="00596D3C">
        <w:t xml:space="preserve"> </w:t>
      </w:r>
      <w:r w:rsidR="00596D3C">
        <w:t>(Paste your text here and select “Heading” from the Styles Gallery)</w:t>
      </w:r>
    </w:p>
    <w:sectPr w:rsidR="00362CE8" w:rsidRPr="00107CDB" w:rsidSect="002D1519">
      <w:pgSz w:w="11906" w:h="16838"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E136C77"/>
    <w:multiLevelType w:val="hybridMultilevel"/>
    <w:tmpl w:val="E38287DC"/>
    <w:lvl w:ilvl="0" w:tplc="7438E82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67A0B"/>
    <w:multiLevelType w:val="multilevel"/>
    <w:tmpl w:val="3F564098"/>
    <w:lvl w:ilvl="0">
      <w:start w:val="1"/>
      <w:numFmt w:val="decimal"/>
      <w:lvlText w:val="%1."/>
      <w:lvlJc w:val="left"/>
      <w:pPr>
        <w:ind w:left="360" w:hanging="360"/>
      </w:pPr>
      <w:rPr>
        <w:rFonts w:hint="default"/>
      </w:rPr>
    </w:lvl>
    <w:lvl w:ilvl="1">
      <w:start w:val="1"/>
      <w:numFmt w:val="decimal"/>
      <w:pStyle w:val="Subheading"/>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36464167">
    <w:abstractNumId w:val="8"/>
  </w:num>
  <w:num w:numId="2" w16cid:durableId="2041542343">
    <w:abstractNumId w:val="6"/>
  </w:num>
  <w:num w:numId="3" w16cid:durableId="564027845">
    <w:abstractNumId w:val="5"/>
  </w:num>
  <w:num w:numId="4" w16cid:durableId="2004239409">
    <w:abstractNumId w:val="4"/>
  </w:num>
  <w:num w:numId="5" w16cid:durableId="1470897468">
    <w:abstractNumId w:val="7"/>
  </w:num>
  <w:num w:numId="6" w16cid:durableId="1524826649">
    <w:abstractNumId w:val="3"/>
  </w:num>
  <w:num w:numId="7" w16cid:durableId="1075014426">
    <w:abstractNumId w:val="2"/>
  </w:num>
  <w:num w:numId="8" w16cid:durableId="742485878">
    <w:abstractNumId w:val="1"/>
  </w:num>
  <w:num w:numId="9" w16cid:durableId="2014455707">
    <w:abstractNumId w:val="0"/>
  </w:num>
  <w:num w:numId="10" w16cid:durableId="1717896824">
    <w:abstractNumId w:val="10"/>
  </w:num>
  <w:num w:numId="11" w16cid:durableId="17824088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6057"/>
    <w:rsid w:val="000D7019"/>
    <w:rsid w:val="00107CDB"/>
    <w:rsid w:val="0015074B"/>
    <w:rsid w:val="00206563"/>
    <w:rsid w:val="0029639D"/>
    <w:rsid w:val="002D1519"/>
    <w:rsid w:val="00326F90"/>
    <w:rsid w:val="00362CE8"/>
    <w:rsid w:val="003B0C13"/>
    <w:rsid w:val="0047378B"/>
    <w:rsid w:val="00596D3C"/>
    <w:rsid w:val="005D348D"/>
    <w:rsid w:val="0076554C"/>
    <w:rsid w:val="00777598"/>
    <w:rsid w:val="007C3056"/>
    <w:rsid w:val="007F124B"/>
    <w:rsid w:val="009A390F"/>
    <w:rsid w:val="00AA1D8D"/>
    <w:rsid w:val="00B47730"/>
    <w:rsid w:val="00C4361B"/>
    <w:rsid w:val="00CB0664"/>
    <w:rsid w:val="00D054C3"/>
    <w:rsid w:val="00D158F8"/>
    <w:rsid w:val="00E60F02"/>
    <w:rsid w:val="00ED26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DE0BE0"/>
  <w14:defaultImageDpi w14:val="300"/>
  <w15:docId w15:val="{3649C265-20A0-4985-A57E-9629F56C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Text"/>
    <w:rsid w:val="00FC693F"/>
    <w:pPr>
      <w:jc w:val="both"/>
    </w:pPr>
    <w:rPr>
      <w:rFonts w:ascii="Arial" w:hAnsi="Arial"/>
    </w:rPr>
  </w:style>
  <w:style w:type="paragraph" w:styleId="1">
    <w:name w:val="heading 1"/>
    <w:basedOn w:val="a1"/>
    <w:next w:val="a1"/>
    <w:link w:val="1Char"/>
    <w:uiPriority w:val="9"/>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21">
    <w:name w:val="heading 2"/>
    <w:basedOn w:val="a1"/>
    <w:next w:val="a1"/>
    <w:link w:val="2Char"/>
    <w:uiPriority w:val="9"/>
    <w:unhideWhenUsed/>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aliases w:val="METANUS - Title"/>
    <w:basedOn w:val="a1"/>
    <w:next w:val="a1"/>
    <w:link w:val="Char1"/>
    <w:uiPriority w:val="10"/>
    <w:rsid w:val="002D1519"/>
    <w:pPr>
      <w:pBdr>
        <w:bottom w:val="single" w:sz="8" w:space="4" w:color="4F81BD" w:themeColor="accent1"/>
      </w:pBdr>
      <w:spacing w:after="300" w:line="360" w:lineRule="auto"/>
      <w:contextualSpacing/>
      <w:jc w:val="center"/>
    </w:pPr>
    <w:rPr>
      <w:rFonts w:eastAsiaTheme="majorEastAsia" w:cstheme="majorBidi"/>
      <w:b/>
      <w:color w:val="000000"/>
      <w:spacing w:val="5"/>
      <w:kern w:val="28"/>
      <w:sz w:val="32"/>
      <w:szCs w:val="52"/>
    </w:rPr>
  </w:style>
  <w:style w:type="character" w:customStyle="1" w:styleId="Char1">
    <w:name w:val="Τίτλος Char"/>
    <w:aliases w:val="METANUS - Title Char"/>
    <w:basedOn w:val="a2"/>
    <w:link w:val="a8"/>
    <w:uiPriority w:val="10"/>
    <w:rsid w:val="002D1519"/>
    <w:rPr>
      <w:rFonts w:ascii="Arial" w:eastAsiaTheme="majorEastAsia" w:hAnsi="Arial" w:cstheme="majorBidi"/>
      <w:b/>
      <w:color w:val="000000"/>
      <w:spacing w:val="5"/>
      <w:kern w:val="28"/>
      <w:sz w:val="32"/>
      <w:szCs w:val="52"/>
    </w:rPr>
  </w:style>
  <w:style w:type="paragraph" w:styleId="a9">
    <w:name w:val="Subtitle"/>
    <w:basedOn w:val="a1"/>
    <w:next w:val="a1"/>
    <w:link w:val="Char2"/>
    <w:uiPriority w:val="11"/>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rsid w:val="00FC693F"/>
    <w:rPr>
      <w:b/>
      <w:bCs/>
    </w:rPr>
  </w:style>
  <w:style w:type="character" w:styleId="af2">
    <w:name w:val="Emphasis"/>
    <w:basedOn w:val="a2"/>
    <w:uiPriority w:val="20"/>
    <w:rsid w:val="00FC693F"/>
    <w:rPr>
      <w:i/>
      <w:iCs/>
    </w:rPr>
  </w:style>
  <w:style w:type="paragraph" w:styleId="af3">
    <w:name w:val="Intense Quote"/>
    <w:basedOn w:val="a1"/>
    <w:next w:val="a1"/>
    <w:link w:val="Char6"/>
    <w:uiPriority w:val="30"/>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rsid w:val="00FC693F"/>
    <w:rPr>
      <w:i/>
      <w:iCs/>
      <w:color w:val="808080" w:themeColor="text1" w:themeTint="7F"/>
    </w:rPr>
  </w:style>
  <w:style w:type="character" w:styleId="af5">
    <w:name w:val="Intense Emphasis"/>
    <w:basedOn w:val="a2"/>
    <w:uiPriority w:val="21"/>
    <w:rsid w:val="00FC693F"/>
    <w:rPr>
      <w:b/>
      <w:bCs/>
      <w:i/>
      <w:iCs/>
      <w:color w:val="4F81BD" w:themeColor="accent1"/>
    </w:rPr>
  </w:style>
  <w:style w:type="character" w:styleId="af6">
    <w:name w:val="Subtle Reference"/>
    <w:basedOn w:val="a2"/>
    <w:uiPriority w:val="31"/>
    <w:rsid w:val="00FC693F"/>
    <w:rPr>
      <w:smallCaps/>
      <w:color w:val="C0504D" w:themeColor="accent2"/>
      <w:u w:val="single"/>
    </w:rPr>
  </w:style>
  <w:style w:type="character" w:styleId="af7">
    <w:name w:val="Intense Reference"/>
    <w:basedOn w:val="a2"/>
    <w:uiPriority w:val="32"/>
    <w:rsid w:val="00FC693F"/>
    <w:rPr>
      <w:b/>
      <w:bCs/>
      <w:smallCaps/>
      <w:color w:val="C0504D" w:themeColor="accent2"/>
      <w:spacing w:val="5"/>
      <w:u w:val="single"/>
    </w:rPr>
  </w:style>
  <w:style w:type="character" w:styleId="af8">
    <w:name w:val="Book Title"/>
    <w:basedOn w:val="a2"/>
    <w:uiPriority w:val="33"/>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uthorFullName">
    <w:name w:val="Author Full Name"/>
    <w:basedOn w:val="a1"/>
    <w:rsid w:val="0047378B"/>
    <w:pPr>
      <w:spacing w:line="240" w:lineRule="auto"/>
      <w:jc w:val="center"/>
    </w:pPr>
    <w:rPr>
      <w:sz w:val="24"/>
    </w:rPr>
  </w:style>
  <w:style w:type="paragraph" w:customStyle="1" w:styleId="Style1">
    <w:name w:val="Style1"/>
    <w:basedOn w:val="a8"/>
    <w:rsid w:val="00D054C3"/>
    <w:rPr>
      <w:szCs w:val="56"/>
    </w:rPr>
  </w:style>
  <w:style w:type="paragraph" w:customStyle="1" w:styleId="Institutionaffiliation">
    <w:name w:val="Institution / affiliation"/>
    <w:basedOn w:val="a1"/>
    <w:link w:val="InstitutionaffiliationChar"/>
    <w:rsid w:val="00107CDB"/>
    <w:pPr>
      <w:spacing w:after="0" w:line="240" w:lineRule="auto"/>
      <w:jc w:val="left"/>
    </w:pPr>
  </w:style>
  <w:style w:type="character" w:customStyle="1" w:styleId="InstitutionaffiliationChar">
    <w:name w:val="Institution / affiliation Char"/>
    <w:basedOn w:val="a2"/>
    <w:link w:val="Institutionaffiliation"/>
    <w:rsid w:val="00107CDB"/>
    <w:rPr>
      <w:rFonts w:ascii="Arial" w:hAnsi="Arial"/>
    </w:rPr>
  </w:style>
  <w:style w:type="paragraph" w:customStyle="1" w:styleId="Abstract">
    <w:name w:val="Abstract"/>
    <w:basedOn w:val="a1"/>
    <w:link w:val="AbstractChar"/>
    <w:qFormat/>
    <w:rsid w:val="00596D3C"/>
    <w:pPr>
      <w:spacing w:before="360"/>
      <w:ind w:left="1134" w:right="1134"/>
    </w:pPr>
    <w:rPr>
      <w:rFonts w:cs="Arial"/>
      <w:color w:val="9BBB59" w:themeColor="accent3"/>
    </w:rPr>
  </w:style>
  <w:style w:type="paragraph" w:customStyle="1" w:styleId="Keywords">
    <w:name w:val="Keywords"/>
    <w:basedOn w:val="a1"/>
    <w:qFormat/>
    <w:rsid w:val="00596D3C"/>
    <w:pPr>
      <w:jc w:val="left"/>
    </w:pPr>
    <w:rPr>
      <w:color w:val="B2A1C7" w:themeColor="accent4" w:themeTint="99"/>
    </w:rPr>
  </w:style>
  <w:style w:type="paragraph" w:customStyle="1" w:styleId="Heading">
    <w:name w:val="Heading"/>
    <w:basedOn w:val="1"/>
    <w:link w:val="HeadingChar"/>
    <w:qFormat/>
    <w:rsid w:val="00596D3C"/>
    <w:pPr>
      <w:spacing w:after="240"/>
    </w:pPr>
    <w:rPr>
      <w:rFonts w:ascii="Arial" w:hAnsi="Arial" w:cs="Arial"/>
      <w:color w:val="1F497D" w:themeColor="text2"/>
    </w:rPr>
  </w:style>
  <w:style w:type="character" w:customStyle="1" w:styleId="HeadingChar">
    <w:name w:val="Heading Char"/>
    <w:basedOn w:val="1Char"/>
    <w:link w:val="Heading"/>
    <w:rsid w:val="00596D3C"/>
    <w:rPr>
      <w:rFonts w:ascii="Arial" w:eastAsiaTheme="majorEastAsia" w:hAnsi="Arial" w:cs="Arial"/>
      <w:b/>
      <w:bCs/>
      <w:color w:val="1F497D" w:themeColor="text2"/>
      <w:sz w:val="24"/>
      <w:szCs w:val="28"/>
    </w:rPr>
  </w:style>
  <w:style w:type="paragraph" w:customStyle="1" w:styleId="Title-Metanus">
    <w:name w:val="Title-Metanus"/>
    <w:basedOn w:val="a8"/>
    <w:qFormat/>
    <w:rsid w:val="00E60F02"/>
    <w:rPr>
      <w:rFonts w:cs="Arial"/>
    </w:rPr>
  </w:style>
  <w:style w:type="paragraph" w:customStyle="1" w:styleId="References">
    <w:name w:val="References"/>
    <w:basedOn w:val="a1"/>
    <w:link w:val="ReferencesChar"/>
    <w:qFormat/>
    <w:rsid w:val="00596D3C"/>
    <w:pPr>
      <w:spacing w:after="120" w:line="360" w:lineRule="auto"/>
      <w:ind w:left="567" w:right="-284" w:hanging="567"/>
    </w:pPr>
    <w:rPr>
      <w:rFonts w:cs="Arial"/>
      <w:color w:val="31849B" w:themeColor="accent5" w:themeShade="BF"/>
      <w:sz w:val="18"/>
    </w:rPr>
  </w:style>
  <w:style w:type="character" w:customStyle="1" w:styleId="ReferencesChar">
    <w:name w:val="References Char"/>
    <w:basedOn w:val="a2"/>
    <w:link w:val="References"/>
    <w:rsid w:val="00596D3C"/>
    <w:rPr>
      <w:rFonts w:ascii="Arial" w:hAnsi="Arial" w:cs="Arial"/>
      <w:color w:val="31849B" w:themeColor="accent5" w:themeShade="BF"/>
      <w:sz w:val="18"/>
    </w:rPr>
  </w:style>
  <w:style w:type="paragraph" w:customStyle="1" w:styleId="Papertext">
    <w:name w:val="Paper text"/>
    <w:basedOn w:val="Heading"/>
    <w:link w:val="PapertextChar"/>
    <w:qFormat/>
    <w:rsid w:val="00596D3C"/>
    <w:pPr>
      <w:spacing w:before="240" w:after="120"/>
    </w:pPr>
    <w:rPr>
      <w:b w:val="0"/>
      <w:color w:val="000000" w:themeColor="text1"/>
      <w:sz w:val="22"/>
    </w:rPr>
  </w:style>
  <w:style w:type="character" w:customStyle="1" w:styleId="PapertextChar">
    <w:name w:val="Paper text Char"/>
    <w:basedOn w:val="HeadingChar"/>
    <w:link w:val="Papertext"/>
    <w:rsid w:val="00596D3C"/>
    <w:rPr>
      <w:rFonts w:ascii="Arial" w:eastAsiaTheme="majorEastAsia" w:hAnsi="Arial" w:cs="Arial"/>
      <w:b w:val="0"/>
      <w:bCs/>
      <w:color w:val="000000" w:themeColor="text1"/>
      <w:sz w:val="24"/>
      <w:szCs w:val="28"/>
    </w:rPr>
  </w:style>
  <w:style w:type="table" w:customStyle="1" w:styleId="Table">
    <w:name w:val="Table"/>
    <w:basedOn w:val="13"/>
    <w:uiPriority w:val="99"/>
    <w:rsid w:val="0076554C"/>
    <w:pPr>
      <w:spacing w:after="0" w:line="240" w:lineRule="auto"/>
    </w:pP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0">
    <w:name w:val="table"/>
    <w:basedOn w:val="aff2"/>
    <w:link w:val="tableChar"/>
    <w:qFormat/>
    <w:rsid w:val="00596D3C"/>
    <w:rPr>
      <w:color w:val="E36C0A" w:themeColor="accent6" w:themeShade="BF"/>
    </w:rPr>
  </w:style>
  <w:style w:type="table" w:styleId="13">
    <w:name w:val="Table Grid 1"/>
    <w:basedOn w:val="a3"/>
    <w:uiPriority w:val="99"/>
    <w:semiHidden/>
    <w:unhideWhenUsed/>
    <w:rsid w:val="007655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bstractChar">
    <w:name w:val="Abstract Char"/>
    <w:basedOn w:val="a2"/>
    <w:link w:val="Abstract"/>
    <w:rsid w:val="00596D3C"/>
    <w:rPr>
      <w:rFonts w:ascii="Arial" w:hAnsi="Arial" w:cs="Arial"/>
      <w:color w:val="9BBB59" w:themeColor="accent3"/>
    </w:rPr>
  </w:style>
  <w:style w:type="character" w:customStyle="1" w:styleId="tableChar">
    <w:name w:val="table Char"/>
    <w:basedOn w:val="AbstractChar"/>
    <w:link w:val="table0"/>
    <w:rsid w:val="00596D3C"/>
    <w:rPr>
      <w:rFonts w:ascii="Arial" w:hAnsi="Arial" w:cs="Arial"/>
      <w:color w:val="E36C0A" w:themeColor="accent6" w:themeShade="BF"/>
    </w:rPr>
  </w:style>
  <w:style w:type="paragraph" w:customStyle="1" w:styleId="Metanus-Caption">
    <w:name w:val="Metanus - Caption"/>
    <w:basedOn w:val="a1"/>
    <w:link w:val="Metanus-CaptionChar"/>
    <w:qFormat/>
    <w:rsid w:val="00596D3C"/>
    <w:pPr>
      <w:spacing w:before="120" w:after="120" w:line="240" w:lineRule="auto"/>
      <w:jc w:val="center"/>
    </w:pPr>
    <w:rPr>
      <w:rFonts w:eastAsia="Arial Unicode MS" w:cs="Times New Roman"/>
      <w:b/>
      <w:color w:val="C00000"/>
      <w:sz w:val="18"/>
      <w:szCs w:val="20"/>
    </w:rPr>
  </w:style>
  <w:style w:type="paragraph" w:styleId="aff2">
    <w:name w:val="table of figures"/>
    <w:basedOn w:val="a1"/>
    <w:next w:val="a1"/>
    <w:uiPriority w:val="99"/>
    <w:semiHidden/>
    <w:unhideWhenUsed/>
    <w:rsid w:val="0076554C"/>
    <w:pPr>
      <w:spacing w:after="0"/>
    </w:pPr>
  </w:style>
  <w:style w:type="character" w:customStyle="1" w:styleId="Metanus-CaptionChar">
    <w:name w:val="Metanus - Caption Char"/>
    <w:basedOn w:val="a2"/>
    <w:link w:val="Metanus-Caption"/>
    <w:rsid w:val="00596D3C"/>
    <w:rPr>
      <w:rFonts w:ascii="Arial" w:eastAsia="Arial Unicode MS" w:hAnsi="Arial" w:cs="Times New Roman"/>
      <w:b/>
      <w:color w:val="C00000"/>
      <w:sz w:val="18"/>
      <w:szCs w:val="20"/>
    </w:rPr>
  </w:style>
  <w:style w:type="paragraph" w:customStyle="1" w:styleId="Subheading">
    <w:name w:val="Subheading"/>
    <w:basedOn w:val="Heading"/>
    <w:qFormat/>
    <w:rsid w:val="00596D3C"/>
    <w:pPr>
      <w:numPr>
        <w:ilvl w:val="1"/>
        <w:numId w:val="10"/>
      </w:numPr>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729</Words>
  <Characters>3939</Characters>
  <Application>Microsoft Office Word</Application>
  <DocSecurity>0</DocSecurity>
  <Lines>32</Lines>
  <Paragraphs>9</Paragraphs>
  <ScaleCrop>false</ScaleCrop>
  <HeadingPairs>
    <vt:vector size="6" baseType="variant">
      <vt:variant>
        <vt:lpstr>Τίτλος</vt:lpstr>
      </vt:variant>
      <vt:variant>
        <vt:i4>1</vt:i4>
      </vt:variant>
      <vt:variant>
        <vt:lpstr>Title</vt:lpstr>
      </vt:variant>
      <vt:variant>
        <vt:i4>1</vt:i4>
      </vt:variant>
      <vt:variant>
        <vt:lpstr>Headings</vt:lpstr>
      </vt:variant>
      <vt:variant>
        <vt:i4>15</vt:i4>
      </vt:variant>
    </vt:vector>
  </HeadingPairs>
  <TitlesOfParts>
    <vt:vector size="17" baseType="lpstr">
      <vt:lpstr/>
      <vt:lpstr/>
      <vt:lpstr>Introduction</vt:lpstr>
      <vt:lpstr>Text for Introduction. The text is formatted in Arial 11 pt, 1.15 line spacing, </vt:lpstr>
      <vt:lpstr>Text for Introduction. The text is formatted in Arial 11 pt, 1.15 line spacing, </vt:lpstr>
      <vt:lpstr>Theoretical framework or literature review</vt:lpstr>
      <vt:lpstr>Methodology</vt:lpstr>
      <vt:lpstr>Text for Methodology</vt:lpstr>
      <vt:lpstr>ABOVE tables and BELOW figures, an explanatory caption is placed for which the C</vt:lpstr>
      <vt:lpstr>Caption style without enter above and below.</vt:lpstr>
      <vt:lpstr/>
      <vt:lpstr>/</vt:lpstr>
      <vt:lpstr>Results</vt:lpstr>
      <vt:lpstr>Discussion</vt:lpstr>
      <vt:lpstr>Conclusions</vt:lpstr>
      <vt:lpstr>References</vt:lpstr>
      <vt:lpstr>Appendices (where applicable)</vt:lpstr>
    </vt:vector>
  </TitlesOfParts>
  <Manager/>
  <Company/>
  <LinksUpToDate>false</LinksUpToDate>
  <CharactersWithSpaces>4659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symbmaraki</cp:lastModifiedBy>
  <cp:revision>2</cp:revision>
  <dcterms:created xsi:type="dcterms:W3CDTF">2026-09-10T11:15:00Z</dcterms:created>
  <dcterms:modified xsi:type="dcterms:W3CDTF">2026-09-10T11:15:00Z</dcterms:modified>
  <cp:category/>
</cp:coreProperties>
</file>